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 w:line="254" w:lineRule="auto"/>
      </w:pPr>
      <w:r>
        <w:rPr>
          <w:rFonts w:ascii="Georgia" w:hAnsi="Georgia" w:eastAsia="Georgia"/>
          <w:b/>
          <w:i w:val="0"/>
          <w:color w:val="12455C"/>
          <w:sz w:val="34"/>
          <w:u w:val="none"/>
          <w:spacing w:val="4"/>
        </w:rPr>
        <w:t>Dr. Dipika Ramdas Kalambhe</w:t>
      </w:r>
      <w:r>
        <w:rPr>
          <w:rFonts w:ascii="Georgia" w:hAnsi="Georgia" w:eastAsia="Georgia"/>
          <w:b w:val="0"/>
          <w:i w:val="0"/>
          <w:color w:val="12455C"/>
          <w:sz w:val="21"/>
          <w:u w:val="none"/>
        </w:rPr>
        <w:t>,  Ph.D.</w:t>
      </w:r>
    </w:p>
    <w:p>
      <w:pPr>
        <w:spacing w:before="0" w:after="0" w:line="254" w:lineRule="auto"/>
      </w:pPr>
      <w:hyperlink r:id="rId9">
        <w:r>
          <w:rPr>
            <w:rFonts w:ascii="Calibri" w:hAnsi="Calibri" w:eastAsia="Calibri"/>
            <w:color w:val="12455C"/>
            <w:sz w:val="16"/>
          </w:rPr>
          <w:t xml:space="preserve">doctordipikaoffical555@gmail.com</w:t>
        </w:r>
      </w:hyperlink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>+971 50 965 9103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>WhatsApp +91 97667 87348</w:t>
      </w:r>
    </w:p>
    <w:p>
      <w:pPr>
        <w:spacing w:before="0" w:after="0" w:line="254" w:lineRule="auto"/>
        <w:pBdr>
          <w:bottom w:val="single" w:sz="6" w:space="6" w:color="C3CFD5"/>
        </w:pBdr>
      </w:pPr>
      <w:hyperlink r:id="rId10">
        <w:r>
          <w:rPr>
            <w:rFonts w:ascii="Calibri" w:hAnsi="Calibri" w:eastAsia="Calibri"/>
            <w:color w:val="12455C"/>
            <w:sz w:val="16"/>
          </w:rPr>
          <w:t xml:space="preserve">dipika.pristellar.com</w:t>
        </w:r>
      </w:hyperlink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hyperlink r:id="rId11">
        <w:r>
          <w:rPr>
            <w:rFonts w:ascii="Calibri" w:hAnsi="Calibri" w:eastAsia="Calibri"/>
            <w:color w:val="12455C"/>
            <w:sz w:val="16"/>
          </w:rPr>
          <w:t xml:space="preserve">Google Scholar</w:t>
        </w:r>
      </w:hyperlink>
      <w:r>
        <w:rPr>
          <w:rFonts w:ascii="Calibri" w:hAnsi="Calibri" w:eastAsia="Calibri"/>
          <w:b w:val="0"/>
          <w:i w:val="0"/>
          <w:color w:val="5A5A5A"/>
          <w:sz w:val="16"/>
          <w:u w:val="none"/>
        </w:rPr>
        <w:t xml:space="preserve">   ·   </w:t>
      </w:r>
      <w:hyperlink r:id="rId12">
        <w:r>
          <w:rPr>
            <w:rFonts w:ascii="Calibri" w:hAnsi="Calibri" w:eastAsia="Calibri"/>
            <w:color w:val="12455C"/>
            <w:sz w:val="16"/>
          </w:rPr>
          <w:t xml:space="preserve">ORCID 0009-0007-0026-4638</w:t>
        </w:r>
      </w:hyperlink>
    </w:p>
    <w:p>
      <w:pPr>
        <w:spacing w:before="180" w:after="140" w:line="254" w:lineRule="auto"/>
      </w:pPr>
      <w:r>
        <w:rPr>
          <w:rFonts w:ascii="Calibri" w:hAnsi="Calibri" w:eastAsia="Calibri"/>
          <w:b w:val="0"/>
          <w:i w:val="0"/>
          <w:color w:val="5A5A5A"/>
          <w:sz w:val="18"/>
          <w:u w:val="none"/>
        </w:rPr>
        <w:t>[Date]</w:t>
      </w:r>
    </w:p>
    <w:p>
      <w:pPr>
        <w:spacing w:before="0" w:after="8" w:line="254" w:lineRule="auto"/>
      </w:pPr>
      <w:r>
        <w:rPr>
          <w:rFonts w:ascii="Calibri" w:hAnsi="Calibri" w:eastAsia="Calibri"/>
          <w:b/>
          <w:i w:val="0"/>
          <w:color w:val="1A1A1A"/>
          <w:sz w:val="18"/>
          <w:u w:val="none"/>
        </w:rPr>
        <w:t>Prof. Silvia Muro</w:t>
      </w:r>
    </w:p>
    <w:p>
      <w:pPr>
        <w:spacing w:before="0" w:after="8" w:line="254" w:lineRule="auto"/>
      </w:pPr>
      <w:r>
        <w:rPr>
          <w:rFonts w:ascii="Calibri" w:hAnsi="Calibri" w:eastAsia="Calibri"/>
          <w:b w:val="0"/>
          <w:i w:val="0"/>
          <w:color w:val="1A1A1A"/>
          <w:sz w:val="18"/>
          <w:u w:val="none"/>
        </w:rPr>
        <w:t>Targeted Therapeutics and Nanodevices</w:t>
      </w:r>
    </w:p>
    <w:p>
      <w:pPr>
        <w:spacing w:before="0" w:after="8" w:line="254" w:lineRule="auto"/>
      </w:pPr>
      <w:r>
        <w:rPr>
          <w:rFonts w:ascii="Calibri" w:hAnsi="Calibri" w:eastAsia="Calibri"/>
          <w:b w:val="0"/>
          <w:i w:val="0"/>
          <w:color w:val="1A1A1A"/>
          <w:sz w:val="18"/>
          <w:u w:val="none"/>
        </w:rPr>
        <w:t>Institute for Bioengineering of Catalonia (IBEC)</w:t>
      </w:r>
    </w:p>
    <w:p>
      <w:pPr>
        <w:spacing w:before="0" w:after="8" w:line="254" w:lineRule="auto"/>
      </w:pPr>
      <w:r>
        <w:rPr>
          <w:rFonts w:ascii="Calibri" w:hAnsi="Calibri" w:eastAsia="Calibri"/>
          <w:b w:val="0"/>
          <w:i w:val="0"/>
          <w:color w:val="1A1A1A"/>
          <w:sz w:val="18"/>
          <w:u w:val="none"/>
        </w:rPr>
        <w:t>Barcelona, Spain</w:t>
      </w:r>
    </w:p>
    <w:p>
      <w:pPr>
        <w:spacing w:before="200" w:after="120" w:line="254" w:lineRule="auto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Dear Prof. Silvia Muro,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I am writing to ask whether your group is considering postdoctoral researchers, and to explain briefly why I am approaching you rather than applying to an advertisement.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I completed a Ph.D. in pharmaceutics at the Shanghai Institute of Materia Medica, Chinese Academy of Sciences, working on targeted polymeric carriers for solid tumours. My doctoral system was a mesoporous polydopamine-based Pickering emulsion that co-delivers shikonin and the BET bromodomain inhibitor JQ1 in a single particle, resolving two incompatible solubility and release profiles. In triple-negative breast cancer models it suppressed primary tumour growth and lung metastasis, and I established the mechanism as apoptosis induction combined with blockade of both epithelial–mesenchymal transition and vasculogenic mimicry. It is published in </w:t>
      </w:r>
      <w:r>
        <w:rPr>
          <w:rFonts w:ascii="Calibri" w:hAnsi="Calibri" w:eastAsia="Calibri"/>
          <w:b w:val="0"/>
          <w:i/>
          <w:color w:val="1A1A1A"/>
          <w:sz w:val="19"/>
          <w:u w:val="none"/>
        </w:rPr>
        <w:t>Acta Pharmacologica Sinica</w:t>
      </w: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 xml:space="preserve"> 46(12):3314-3326, where I am joint first author with equal contribution formally recorded.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Your group's work on targeted nanoparticle design for crossing biological barriers is where I would want to take that experience next. The barrier I have worked against is the tumour itself — poor perfusion, interstitial pressure, and a stroma that stops most of a dose reaching the cells that matter. The design logic is the same one your group applies elsewhere: decide what the particle must survive, then build backwards from the target.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Practically I would bring carrier design and systematic optimisation against drug loading, encapsulation efficiency, particle size and polydispersity, surface charge, colloidal stability and release; characterisation by DLS, zeta potential, TEM, SEM, HPLC and UV–Vis; the cell biology that establishes whether targeting worked, including uptake studies, confocal imaging, flow cytometry and immunofluorescence; and a complete in vivo capability — study design and ethics approval, dosing, monitoring, biodistribution, histopathology and organ toxicity — which I have run without supervision.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What I have not done: I have not worked on the blood–brain barrier, the retina or bacterial biofilms, and my payloads have been small molecules rather than enzymes or nucleic acids. Those would be new, and I would rather say so than let it surface at interview.</w:t>
      </w:r>
    </w:p>
    <w:p>
      <w:pPr>
        <w:spacing w:before="0" w:after="100" w:line="264" w:lineRule="auto"/>
        <w:jc w:val="both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I hold seven peer-reviewed publications attracting 324 citations, three as first or joint first author, and one filed Indian patent. I am eligible for an MSCA Postdoctoral Fellowship, whose 2026 call closes on 9 September, and for the Spanish Juan de la Cierva – Formación scheme, and I would be glad to write either proposal myself with your group as host. My CV and a research statement are enclosed.</w:t>
      </w:r>
    </w:p>
    <w:p>
      <w:pPr>
        <w:spacing w:before="120" w:after="260" w:line="254" w:lineRule="auto"/>
      </w:pPr>
      <w:r>
        <w:rPr>
          <w:rFonts w:ascii="Calibri" w:hAnsi="Calibri" w:eastAsia="Calibri"/>
          <w:b w:val="0"/>
          <w:i w:val="0"/>
          <w:color w:val="1A1A1A"/>
          <w:sz w:val="19"/>
          <w:u w:val="none"/>
        </w:rPr>
        <w:t>Yours sincerely,</w:t>
      </w:r>
    </w:p>
    <w:p>
      <w:pPr>
        <w:spacing w:before="0" w:after="12" w:line="254" w:lineRule="auto"/>
      </w:pPr>
      <w:r>
        <w:rPr>
          <w:rFonts w:ascii="Georgia" w:hAnsi="Georgia" w:eastAsia="Georgia"/>
          <w:b/>
          <w:i w:val="0"/>
          <w:color w:val="12455C"/>
          <w:sz w:val="21"/>
          <w:u w:val="none"/>
        </w:rPr>
        <w:t>Dr. Dipika Ramdas Kalambhe</w:t>
      </w:r>
    </w:p>
    <w:p>
      <w:pPr>
        <w:spacing w:before="0" w:after="0" w:line="254" w:lineRule="auto"/>
      </w:pPr>
      <w:r>
        <w:rPr>
          <w:rFonts w:ascii="Calibri" w:hAnsi="Calibri" w:eastAsia="Calibri"/>
          <w:b w:val="0"/>
          <w:i/>
          <w:color w:val="5A5A5A"/>
          <w:sz w:val="17"/>
          <w:u w:val="none"/>
        </w:rPr>
        <w:t>Ph.D. Pharmaceutics, Shanghai Institute of Materia Medica, Chinese Academy of Sciences</w:t>
      </w:r>
    </w:p>
    <w:sectPr w:rsidR="00FC693F" w:rsidRPr="0006063C" w:rsidSect="00034616">
      <w:pgSz w:w="12240" w:h="15840"/>
      <w:pgMar w:top="765" w:right="1077" w:bottom="68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54" w:lineRule="auto"/>
    </w:pPr>
    <w:rPr>
      <w:rFonts w:ascii="Calibri" w:hAnsi="Calibri" w:eastAsia="Calibri"/>
      <w:color w:val="1A1A1A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mailto:doctordipikaoffical555@gmail.com" TargetMode="External"/><Relationship Id="rId10" Type="http://schemas.openxmlformats.org/officeDocument/2006/relationships/hyperlink" Target="https://dipika.pristellar.com" TargetMode="External"/><Relationship Id="rId11" Type="http://schemas.openxmlformats.org/officeDocument/2006/relationships/hyperlink" Target="https://scholar.google.co.in/citations?user=Rr7rRXzNGQEC&amp;hl=en" TargetMode="External"/><Relationship Id="rId12" Type="http://schemas.openxmlformats.org/officeDocument/2006/relationships/hyperlink" Target="https://orcid.org/0009-0007-0026-46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